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4B6" w:rsidRPr="00854E08" w:rsidRDefault="00D669C0">
      <w:pPr>
        <w:jc w:val="center"/>
        <w:rPr>
          <w:rFonts w:cs="Times New Roman"/>
          <w:color w:val="000000" w:themeColor="text1"/>
        </w:rPr>
      </w:pPr>
      <w:r w:rsidRPr="00854E08">
        <w:rPr>
          <w:rFonts w:cs="Times New Roman"/>
          <w:b/>
          <w:color w:val="000000" w:themeColor="text1"/>
          <w:sz w:val="32"/>
        </w:rPr>
        <w:t>CORNERSTONE CIVIL ENGINEERING JOURNAL (CCEJ)</w:t>
      </w:r>
    </w:p>
    <w:p w:rsidR="00E854B6" w:rsidRPr="00854E08" w:rsidRDefault="00D669C0">
      <w:pPr>
        <w:jc w:val="center"/>
        <w:rPr>
          <w:rFonts w:cs="Times New Roman"/>
          <w:color w:val="000000" w:themeColor="text1"/>
        </w:rPr>
      </w:pPr>
      <w:r w:rsidRPr="00854E08">
        <w:rPr>
          <w:rFonts w:cs="Times New Roman"/>
          <w:b/>
          <w:color w:val="000000" w:themeColor="text1"/>
          <w:sz w:val="28"/>
        </w:rPr>
        <w:t>[ARTICLE TITLE: CONCISE, SPECIFIC, AND REFLECTING THE RESEARCH CONTENT]</w:t>
      </w:r>
    </w:p>
    <w:p w:rsidR="00E854B6" w:rsidRPr="00854E08" w:rsidRDefault="00D669C0">
      <w:pPr>
        <w:jc w:val="center"/>
        <w:rPr>
          <w:rFonts w:cs="Times New Roman"/>
          <w:color w:val="000000" w:themeColor="text1"/>
        </w:rPr>
      </w:pPr>
      <w:r w:rsidRPr="00854E08">
        <w:rPr>
          <w:rFonts w:cs="Times New Roman"/>
          <w:b/>
          <w:color w:val="000000" w:themeColor="text1"/>
        </w:rPr>
        <w:t>Author One</w:t>
      </w:r>
      <w:r w:rsidRPr="00854E08">
        <w:rPr>
          <w:rFonts w:cs="Times New Roman"/>
          <w:color w:val="000000" w:themeColor="text1"/>
        </w:rPr>
        <w:t xml:space="preserve">1*, </w:t>
      </w:r>
      <w:r w:rsidRPr="00854E08">
        <w:rPr>
          <w:rFonts w:cs="Times New Roman"/>
          <w:b/>
          <w:color w:val="000000" w:themeColor="text1"/>
        </w:rPr>
        <w:t>Author Two</w:t>
      </w:r>
      <w:r w:rsidRPr="00854E08">
        <w:rPr>
          <w:rFonts w:cs="Times New Roman"/>
          <w:color w:val="000000" w:themeColor="text1"/>
        </w:rPr>
        <w:t xml:space="preserve">2, </w:t>
      </w:r>
      <w:r w:rsidRPr="00854E08">
        <w:rPr>
          <w:rFonts w:cs="Times New Roman"/>
          <w:b/>
          <w:color w:val="000000" w:themeColor="text1"/>
        </w:rPr>
        <w:t>Author Three</w:t>
      </w:r>
      <w:r w:rsidRPr="00854E08">
        <w:rPr>
          <w:rFonts w:cs="Times New Roman"/>
          <w:color w:val="000000" w:themeColor="text1"/>
        </w:rPr>
        <w:t>3</w:t>
      </w:r>
    </w:p>
    <w:p w:rsidR="00E854B6" w:rsidRPr="00854E08" w:rsidRDefault="00D669C0">
      <w:pPr>
        <w:jc w:val="center"/>
        <w:rPr>
          <w:rFonts w:cs="Times New Roman"/>
          <w:color w:val="000000" w:themeColor="text1"/>
        </w:rPr>
      </w:pPr>
      <w:r w:rsidRPr="00854E08">
        <w:rPr>
          <w:rFonts w:cs="Times New Roman"/>
          <w:color w:val="000000" w:themeColor="text1"/>
        </w:rPr>
        <w:t>1 Department/Study Program, Institution, City, Country</w:t>
      </w:r>
      <w:r w:rsidRPr="00854E08">
        <w:rPr>
          <w:rFonts w:cs="Times New Roman"/>
          <w:color w:val="000000" w:themeColor="text1"/>
        </w:rPr>
        <w:br/>
        <w:t>2 Department/Study Program, Institution, City, Country</w:t>
      </w:r>
      <w:r w:rsidRPr="00854E08">
        <w:rPr>
          <w:rFonts w:cs="Times New Roman"/>
          <w:color w:val="000000" w:themeColor="text1"/>
        </w:rPr>
        <w:br/>
        <w:t xml:space="preserve">3 Department/Study </w:t>
      </w:r>
      <w:r w:rsidRPr="00854E08">
        <w:rPr>
          <w:rFonts w:cs="Times New Roman"/>
          <w:color w:val="000000" w:themeColor="text1"/>
        </w:rPr>
        <w:t>Program, Institution, City, Country</w:t>
      </w:r>
      <w:r w:rsidRPr="00854E08">
        <w:rPr>
          <w:rFonts w:cs="Times New Roman"/>
          <w:color w:val="000000" w:themeColor="text1"/>
        </w:rPr>
        <w:br/>
        <w:t>* Corresponding author: author@email.com | ORCID: https://orcid.org/xxxx-xxxx-xxxx-xxxx</w:t>
      </w:r>
    </w:p>
    <w:p w:rsidR="00E854B6" w:rsidRPr="00854E08" w:rsidRDefault="00854E08" w:rsidP="00854E08">
      <w:pPr>
        <w:pStyle w:val="Heading2"/>
      </w:pPr>
      <w:r w:rsidRPr="00854E08">
        <w:t>Article History</w:t>
      </w:r>
    </w:p>
    <w:tbl>
      <w:tblPr>
        <w:tblStyle w:val="TableGrid"/>
        <w:tblW w:w="0" w:type="auto"/>
        <w:jc w:val="center"/>
        <w:tblLook w:val="04A0" w:firstRow="1" w:lastRow="0" w:firstColumn="1" w:lastColumn="0" w:noHBand="0" w:noVBand="1"/>
      </w:tblPr>
      <w:tblGrid>
        <w:gridCol w:w="4730"/>
        <w:gridCol w:w="4718"/>
      </w:tblGrid>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Received</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dd Month yyyy</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Revised</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dd Month yyyy</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Accepted</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dd Month yyyy</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Published</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dd Month yyyy</w:t>
            </w:r>
          </w:p>
        </w:tc>
      </w:tr>
    </w:tbl>
    <w:p w:rsidR="00E854B6" w:rsidRPr="00854E08" w:rsidRDefault="00D669C0" w:rsidP="00854E08">
      <w:pPr>
        <w:pStyle w:val="Heading2"/>
      </w:pPr>
      <w:r w:rsidRPr="00854E08">
        <w:t>ABSTRACT</w:t>
      </w:r>
    </w:p>
    <w:p w:rsidR="00E854B6" w:rsidRPr="00854E08" w:rsidRDefault="00D669C0">
      <w:pPr>
        <w:rPr>
          <w:rFonts w:cs="Times New Roman"/>
          <w:color w:val="000000" w:themeColor="text1"/>
        </w:rPr>
      </w:pPr>
      <w:r w:rsidRPr="00854E08">
        <w:rPr>
          <w:rFonts w:cs="Times New Roman"/>
          <w:color w:val="000000" w:themeColor="text1"/>
        </w:rPr>
        <w:t>The abstrac</w:t>
      </w:r>
      <w:r w:rsidRPr="00854E08">
        <w:rPr>
          <w:rFonts w:cs="Times New Roman"/>
          <w:color w:val="000000" w:themeColor="text1"/>
        </w:rPr>
        <w:t>t should be written in English, 150-250 words. It should briefly present the background, objective, method, main findings, and conclusion. Avoid citations, tables, figures, and undefined abbreviations.</w:t>
      </w:r>
    </w:p>
    <w:p w:rsidR="00E854B6" w:rsidRPr="00854E08" w:rsidRDefault="00D669C0">
      <w:pPr>
        <w:rPr>
          <w:rFonts w:cs="Times New Roman"/>
          <w:color w:val="000000" w:themeColor="text1"/>
        </w:rPr>
      </w:pPr>
      <w:r w:rsidRPr="00854E08">
        <w:rPr>
          <w:rFonts w:cs="Times New Roman"/>
          <w:color w:val="000000" w:themeColor="text1"/>
        </w:rPr>
        <w:t>This study aims to [state the research objective]. The</w:t>
      </w:r>
      <w:r w:rsidRPr="00854E08">
        <w:rPr>
          <w:rFonts w:cs="Times New Roman"/>
          <w:color w:val="000000" w:themeColor="text1"/>
        </w:rPr>
        <w:t xml:space="preserve"> research was conducted using [briefly describe the method, data, location, and analysis technique]. The results show that [present the main findings quantitatively or qualitatively]. These findings indicate that [explain the implication for civil engineer</w:t>
      </w:r>
      <w:r w:rsidRPr="00854E08">
        <w:rPr>
          <w:rFonts w:cs="Times New Roman"/>
          <w:color w:val="000000" w:themeColor="text1"/>
        </w:rPr>
        <w:t>ing practice, planning, design, construction, infrastructure management, or policy]. This study contributes to [state the scientific or practical contribution].</w:t>
      </w:r>
    </w:p>
    <w:p w:rsidR="00E854B6" w:rsidRPr="00854E08" w:rsidRDefault="00D669C0">
      <w:pPr>
        <w:rPr>
          <w:rFonts w:cs="Times New Roman"/>
          <w:color w:val="000000" w:themeColor="text1"/>
        </w:rPr>
      </w:pPr>
      <w:r w:rsidRPr="00854E08">
        <w:rPr>
          <w:rFonts w:cs="Times New Roman"/>
          <w:i/>
          <w:color w:val="000000" w:themeColor="text1"/>
        </w:rPr>
        <w:t>Keywords: keyword 1; keyword 2; keyword 3; keyword 4; keyword 5</w:t>
      </w:r>
    </w:p>
    <w:p w:rsidR="00E854B6" w:rsidRPr="00854E08" w:rsidRDefault="00D669C0" w:rsidP="00854E08">
      <w:pPr>
        <w:pStyle w:val="Heading2"/>
      </w:pPr>
      <w:r w:rsidRPr="00854E08">
        <w:t>ABSTRAK</w:t>
      </w:r>
    </w:p>
    <w:p w:rsidR="00E854B6" w:rsidRPr="00854E08" w:rsidRDefault="00D669C0">
      <w:pPr>
        <w:rPr>
          <w:rFonts w:cs="Times New Roman"/>
          <w:color w:val="000000" w:themeColor="text1"/>
        </w:rPr>
      </w:pPr>
      <w:r w:rsidRPr="00854E08">
        <w:rPr>
          <w:rFonts w:cs="Times New Roman"/>
          <w:color w:val="000000" w:themeColor="text1"/>
        </w:rPr>
        <w:t xml:space="preserve">Abstrak ditulis dalam </w:t>
      </w:r>
      <w:r w:rsidRPr="00854E08">
        <w:rPr>
          <w:rFonts w:cs="Times New Roman"/>
          <w:color w:val="000000" w:themeColor="text1"/>
        </w:rPr>
        <w:t>bahasa Indonesia, 150-250 kata. Abstrak memuat latar belakang singkat, tujuan, metode, hasil utama, dan kesimpulan. Hindari sitasi, tabel, gambar, dan singkatan yang tidak dijelaskan.</w:t>
      </w:r>
    </w:p>
    <w:p w:rsidR="00E854B6" w:rsidRPr="00854E08" w:rsidRDefault="00D669C0">
      <w:pPr>
        <w:rPr>
          <w:rFonts w:cs="Times New Roman"/>
          <w:color w:val="000000" w:themeColor="text1"/>
        </w:rPr>
      </w:pPr>
      <w:r w:rsidRPr="00854E08">
        <w:rPr>
          <w:rFonts w:cs="Times New Roman"/>
          <w:color w:val="000000" w:themeColor="text1"/>
        </w:rPr>
        <w:t>Penelitian ini bertujuan untuk [menjelaskan tujuan penelitian]. Peneliti</w:t>
      </w:r>
      <w:r w:rsidRPr="00854E08">
        <w:rPr>
          <w:rFonts w:cs="Times New Roman"/>
          <w:color w:val="000000" w:themeColor="text1"/>
        </w:rPr>
        <w:t>an dilakukan dengan menggunakan [menjelaskan metode, data, lokasi, dan teknik analisis secara singkat]. Hasil penelitian menunjukkan bahwa [menyampaikan temuan utama secara kuantitatif atau kualitatif]. Temuan ini menunjukkan bahwa [menjelaskan implikasi h</w:t>
      </w:r>
      <w:r w:rsidRPr="00854E08">
        <w:rPr>
          <w:rFonts w:cs="Times New Roman"/>
          <w:color w:val="000000" w:themeColor="text1"/>
        </w:rPr>
        <w:t>asil penelitian terhadap bidang teknik sipil, perencanaan, desain, konstruksi, manajemen infrastruktur, atau kebijakan]. Penelitian ini memberikan kontribusi pada [menjelaskan kontribusi ilmiah atau praktis].</w:t>
      </w:r>
    </w:p>
    <w:p w:rsidR="00E854B6" w:rsidRPr="00854E08" w:rsidRDefault="00D669C0">
      <w:pPr>
        <w:rPr>
          <w:rFonts w:cs="Times New Roman"/>
          <w:color w:val="000000" w:themeColor="text1"/>
        </w:rPr>
      </w:pPr>
      <w:r w:rsidRPr="00854E08">
        <w:rPr>
          <w:rFonts w:cs="Times New Roman"/>
          <w:i/>
          <w:color w:val="000000" w:themeColor="text1"/>
        </w:rPr>
        <w:t>Kata Kunci: kata kunci 1; kata kunci 2; kata ku</w:t>
      </w:r>
      <w:r w:rsidRPr="00854E08">
        <w:rPr>
          <w:rFonts w:cs="Times New Roman"/>
          <w:i/>
          <w:color w:val="000000" w:themeColor="text1"/>
        </w:rPr>
        <w:t>nci 3; kata kunci 4; kata kunci 5</w:t>
      </w:r>
    </w:p>
    <w:p w:rsidR="00E854B6" w:rsidRPr="00854E08" w:rsidRDefault="00D669C0" w:rsidP="00854E08">
      <w:pPr>
        <w:pStyle w:val="Heading1"/>
      </w:pPr>
      <w:r w:rsidRPr="00854E08">
        <w:lastRenderedPageBreak/>
        <w:t>1. INTRODUCTION</w:t>
      </w:r>
    </w:p>
    <w:p w:rsidR="00E854B6" w:rsidRPr="00854E08" w:rsidRDefault="00D669C0">
      <w:pPr>
        <w:rPr>
          <w:rFonts w:cs="Times New Roman"/>
          <w:color w:val="000000" w:themeColor="text1"/>
        </w:rPr>
      </w:pPr>
      <w:r w:rsidRPr="00854E08">
        <w:rPr>
          <w:rFonts w:cs="Times New Roman"/>
          <w:color w:val="000000" w:themeColor="text1"/>
        </w:rPr>
        <w:t xml:space="preserve">The introduction explains the background, research problem, previous studies, research gap, novelty, objective, and contribution of the study. Authors should provide a clear argument showing why the study </w:t>
      </w:r>
      <w:r w:rsidRPr="00854E08">
        <w:rPr>
          <w:rFonts w:cs="Times New Roman"/>
          <w:color w:val="000000" w:themeColor="text1"/>
        </w:rPr>
        <w:t>is important for civil engineering knowledge or practice.</w:t>
      </w:r>
    </w:p>
    <w:p w:rsidR="00E854B6" w:rsidRPr="00854E08" w:rsidRDefault="00D669C0">
      <w:pPr>
        <w:rPr>
          <w:rFonts w:cs="Times New Roman"/>
          <w:color w:val="000000" w:themeColor="text1"/>
        </w:rPr>
      </w:pPr>
      <w:r w:rsidRPr="00854E08">
        <w:rPr>
          <w:rFonts w:cs="Times New Roman"/>
          <w:color w:val="000000" w:themeColor="text1"/>
        </w:rPr>
        <w:t xml:space="preserve">Suggested final paragraph: Based on the identified research gap, this study aims to [state the objective clearly]. The novelty of this study lies in [state the novelty]. The results are expected to </w:t>
      </w:r>
      <w:r w:rsidRPr="00854E08">
        <w:rPr>
          <w:rFonts w:cs="Times New Roman"/>
          <w:color w:val="000000" w:themeColor="text1"/>
        </w:rPr>
        <w:t>contribute to [state contribution to civil engineering knowledge, practice, infrastructure planning, construction, or policy].</w:t>
      </w:r>
    </w:p>
    <w:p w:rsidR="00E854B6" w:rsidRPr="00854E08" w:rsidRDefault="00D669C0" w:rsidP="00854E08">
      <w:pPr>
        <w:pStyle w:val="Heading1"/>
      </w:pPr>
      <w:r w:rsidRPr="00854E08">
        <w:t>2. METHODS</w:t>
      </w:r>
    </w:p>
    <w:p w:rsidR="00E854B6" w:rsidRPr="00854E08" w:rsidRDefault="00D669C0">
      <w:pPr>
        <w:rPr>
          <w:rFonts w:cs="Times New Roman"/>
          <w:color w:val="000000" w:themeColor="text1"/>
        </w:rPr>
      </w:pPr>
      <w:r w:rsidRPr="00854E08">
        <w:rPr>
          <w:rFonts w:cs="Times New Roman"/>
          <w:color w:val="000000" w:themeColor="text1"/>
        </w:rPr>
        <w:t>The methods section must be sufficiently detailed so that the study can be understood, evaluated, and replicated. Auth</w:t>
      </w:r>
      <w:r w:rsidRPr="00854E08">
        <w:rPr>
          <w:rFonts w:cs="Times New Roman"/>
          <w:color w:val="000000" w:themeColor="text1"/>
        </w:rPr>
        <w:t>ors should describe research design, study area or object, materials, data sources, instruments, procedures, standards, software, and analysis techniques.</w:t>
      </w:r>
    </w:p>
    <w:p w:rsidR="00E854B6" w:rsidRPr="00854E08" w:rsidRDefault="00D669C0" w:rsidP="00854E08">
      <w:pPr>
        <w:pStyle w:val="Heading1"/>
      </w:pPr>
      <w:r w:rsidRPr="00854E08">
        <w:t>2.1 Research Design</w:t>
      </w:r>
    </w:p>
    <w:p w:rsidR="00E854B6" w:rsidRPr="00854E08" w:rsidRDefault="00D669C0">
      <w:pPr>
        <w:rPr>
          <w:rFonts w:cs="Times New Roman"/>
          <w:color w:val="000000" w:themeColor="text1"/>
        </w:rPr>
      </w:pPr>
      <w:r w:rsidRPr="00854E08">
        <w:rPr>
          <w:rFonts w:cs="Times New Roman"/>
          <w:color w:val="000000" w:themeColor="text1"/>
        </w:rPr>
        <w:t>This study employed a [research design] approach to investigate [research object]</w:t>
      </w:r>
      <w:r w:rsidRPr="00854E08">
        <w:rPr>
          <w:rFonts w:cs="Times New Roman"/>
          <w:color w:val="000000" w:themeColor="text1"/>
        </w:rPr>
        <w:t>. The research was conducted in [location/laboratory/project area] during [time period].</w:t>
      </w:r>
    </w:p>
    <w:p w:rsidR="00E854B6" w:rsidRPr="00854E08" w:rsidRDefault="00D669C0" w:rsidP="00854E08">
      <w:pPr>
        <w:pStyle w:val="Heading1"/>
      </w:pPr>
      <w:r w:rsidRPr="00854E08">
        <w:t>2.2 Study Area / Object of Study</w:t>
      </w:r>
    </w:p>
    <w:p w:rsidR="00E854B6" w:rsidRPr="00854E08" w:rsidRDefault="00D669C0">
      <w:pPr>
        <w:rPr>
          <w:rFonts w:cs="Times New Roman"/>
          <w:color w:val="000000" w:themeColor="text1"/>
        </w:rPr>
      </w:pPr>
      <w:r w:rsidRPr="00854E08">
        <w:rPr>
          <w:rFonts w:cs="Times New Roman"/>
          <w:color w:val="000000" w:themeColor="text1"/>
        </w:rPr>
        <w:t>The study area is located in [location], characterized by [describe relevant physical, technical, hydrological, geological, transporta</w:t>
      </w:r>
      <w:r w:rsidRPr="00854E08">
        <w:rPr>
          <w:rFonts w:cs="Times New Roman"/>
          <w:color w:val="000000" w:themeColor="text1"/>
        </w:rPr>
        <w:t>tion, construction, or environmental characteristics].</w:t>
      </w:r>
    </w:p>
    <w:p w:rsidR="00E854B6" w:rsidRPr="00854E08" w:rsidRDefault="00D669C0" w:rsidP="00854E08">
      <w:pPr>
        <w:pStyle w:val="Heading1"/>
      </w:pPr>
      <w:r w:rsidRPr="00854E08">
        <w:t>2.3 Data Collection</w:t>
      </w:r>
    </w:p>
    <w:p w:rsidR="00E854B6" w:rsidRPr="00854E08" w:rsidRDefault="00D669C0">
      <w:pPr>
        <w:rPr>
          <w:rFonts w:cs="Times New Roman"/>
          <w:color w:val="000000" w:themeColor="text1"/>
        </w:rPr>
      </w:pPr>
      <w:r w:rsidRPr="00854E08">
        <w:rPr>
          <w:rFonts w:cs="Times New Roman"/>
          <w:color w:val="000000" w:themeColor="text1"/>
        </w:rPr>
        <w:t>The data used in this study consisted of primary and secondary data. Primary data were obtained through [field observation/laboratory testing/measurement/survey], while secondary da</w:t>
      </w:r>
      <w:r w:rsidRPr="00854E08">
        <w:rPr>
          <w:rFonts w:cs="Times New Roman"/>
          <w:color w:val="000000" w:themeColor="text1"/>
        </w:rPr>
        <w:t>ta were obtained from [institution/report/map/database].</w:t>
      </w:r>
    </w:p>
    <w:p w:rsidR="00E854B6" w:rsidRPr="00854E08" w:rsidRDefault="00D669C0" w:rsidP="00854E08">
      <w:pPr>
        <w:pStyle w:val="Heading1"/>
      </w:pPr>
      <w:r w:rsidRPr="00854E08">
        <w:t>2.4 Data Analysis</w:t>
      </w:r>
    </w:p>
    <w:p w:rsidR="00E854B6" w:rsidRPr="00854E08" w:rsidRDefault="00D669C0">
      <w:pPr>
        <w:rPr>
          <w:rFonts w:cs="Times New Roman"/>
          <w:color w:val="000000" w:themeColor="text1"/>
        </w:rPr>
      </w:pPr>
      <w:r w:rsidRPr="00854E08">
        <w:rPr>
          <w:rFonts w:cs="Times New Roman"/>
          <w:color w:val="000000" w:themeColor="text1"/>
        </w:rPr>
        <w:t>The collected data were analyzed using [method/software/formula/standard]. The analysis was conducted through the following stages: [stage 1], [stage 2], and [stage 3].</w:t>
      </w:r>
    </w:p>
    <w:p w:rsidR="00E854B6" w:rsidRPr="00854E08" w:rsidRDefault="00D669C0" w:rsidP="00854E08">
      <w:pPr>
        <w:pStyle w:val="Heading1"/>
      </w:pPr>
      <w:r w:rsidRPr="00854E08">
        <w:t>2.5 Standard</w:t>
      </w:r>
      <w:r w:rsidRPr="00854E08">
        <w:t>s, Codes, or Technical References</w:t>
      </w:r>
    </w:p>
    <w:p w:rsidR="00E854B6" w:rsidRPr="00854E08" w:rsidRDefault="00D669C0">
      <w:pPr>
        <w:rPr>
          <w:rFonts w:cs="Times New Roman"/>
          <w:color w:val="000000" w:themeColor="text1"/>
        </w:rPr>
      </w:pPr>
      <w:r w:rsidRPr="00854E08">
        <w:rPr>
          <w:rFonts w:cs="Times New Roman"/>
          <w:color w:val="000000" w:themeColor="text1"/>
        </w:rPr>
        <w:t>If the study uses technical standards or codes, they must be stated clearly, for example SNI, ASTM, AASHTO, Eurocode, HEC-RAS, SWMM, SAP2000, ETABS, AutoCAD Civil 3D, ArcGIS, or QGIS.</w:t>
      </w:r>
    </w:p>
    <w:p w:rsidR="00E854B6" w:rsidRPr="00854E08" w:rsidRDefault="00D669C0">
      <w:pPr>
        <w:rPr>
          <w:rFonts w:cs="Times New Roman"/>
          <w:color w:val="000000" w:themeColor="text1"/>
        </w:rPr>
      </w:pPr>
      <w:r w:rsidRPr="00854E08">
        <w:rPr>
          <w:rFonts w:cs="Times New Roman"/>
          <w:color w:val="000000" w:themeColor="text1"/>
        </w:rPr>
        <w:t>The analysis referred to [standard/cod</w:t>
      </w:r>
      <w:r w:rsidRPr="00854E08">
        <w:rPr>
          <w:rFonts w:cs="Times New Roman"/>
          <w:color w:val="000000" w:themeColor="text1"/>
        </w:rPr>
        <w:t>e/guideline], particularly for [specific technical aspect].</w:t>
      </w:r>
    </w:p>
    <w:p w:rsidR="00E854B6" w:rsidRPr="00854E08" w:rsidRDefault="00D669C0" w:rsidP="00854E08">
      <w:pPr>
        <w:pStyle w:val="Heading1"/>
      </w:pPr>
      <w:r w:rsidRPr="00854E08">
        <w:t>3. RESULTS</w:t>
      </w:r>
    </w:p>
    <w:p w:rsidR="00E854B6" w:rsidRPr="00854E08" w:rsidRDefault="00D669C0">
      <w:pPr>
        <w:rPr>
          <w:rFonts w:cs="Times New Roman"/>
          <w:color w:val="000000" w:themeColor="text1"/>
        </w:rPr>
      </w:pPr>
      <w:r w:rsidRPr="00854E08">
        <w:rPr>
          <w:rFonts w:cs="Times New Roman"/>
          <w:color w:val="000000" w:themeColor="text1"/>
        </w:rPr>
        <w:t>The results section presents the findings objectively using text, tables, charts, maps, photos, or figures. Avoid excessive interpretation in this section; deeper interpretation belongs</w:t>
      </w:r>
      <w:r w:rsidRPr="00854E08">
        <w:rPr>
          <w:rFonts w:cs="Times New Roman"/>
          <w:color w:val="000000" w:themeColor="text1"/>
        </w:rPr>
        <w:t xml:space="preserve"> in the discussion.</w:t>
      </w:r>
    </w:p>
    <w:p w:rsidR="00E854B6" w:rsidRPr="00854E08" w:rsidRDefault="00D669C0">
      <w:pPr>
        <w:rPr>
          <w:rFonts w:cs="Times New Roman"/>
          <w:color w:val="000000" w:themeColor="text1"/>
        </w:rPr>
      </w:pPr>
      <w:r w:rsidRPr="00854E08">
        <w:rPr>
          <w:rFonts w:cs="Times New Roman"/>
          <w:color w:val="000000" w:themeColor="text1"/>
        </w:rPr>
        <w:lastRenderedPageBreak/>
        <w:t>Suggested sentence: The results of [analysis/testing/modeling] are presented in Table 1 and Figure 1. The findings indicate that [state main result]. The highest value was found in [condition/location/sample], while the lowest value was</w:t>
      </w:r>
      <w:r w:rsidRPr="00854E08">
        <w:rPr>
          <w:rFonts w:cs="Times New Roman"/>
          <w:color w:val="000000" w:themeColor="text1"/>
        </w:rPr>
        <w:t xml:space="preserve"> observed in [condition/location/sample].</w:t>
      </w:r>
    </w:p>
    <w:p w:rsidR="00E854B6" w:rsidRPr="00854E08" w:rsidRDefault="00D669C0">
      <w:pPr>
        <w:pStyle w:val="Heading3"/>
        <w:rPr>
          <w:rFonts w:ascii="Times New Roman" w:hAnsi="Times New Roman" w:cs="Times New Roman"/>
          <w:color w:val="000000" w:themeColor="text1"/>
        </w:rPr>
      </w:pPr>
      <w:r w:rsidRPr="00854E08">
        <w:rPr>
          <w:rFonts w:ascii="Times New Roman" w:hAnsi="Times New Roman" w:cs="Times New Roman"/>
          <w:b w:val="0"/>
          <w:color w:val="000000" w:themeColor="text1"/>
        </w:rPr>
        <w:t>Table 1. Example of table format</w:t>
      </w:r>
    </w:p>
    <w:tbl>
      <w:tblPr>
        <w:tblStyle w:val="TableGrid"/>
        <w:tblW w:w="0" w:type="auto"/>
        <w:jc w:val="center"/>
        <w:tblLook w:val="04A0" w:firstRow="1" w:lastRow="0" w:firstColumn="1" w:lastColumn="0" w:noHBand="0" w:noVBand="1"/>
      </w:tblPr>
      <w:tblGrid>
        <w:gridCol w:w="1913"/>
        <w:gridCol w:w="1933"/>
        <w:gridCol w:w="1915"/>
        <w:gridCol w:w="1921"/>
        <w:gridCol w:w="1936"/>
      </w:tblGrid>
      <w:tr w:rsidR="00854E08" w:rsidRPr="00854E08">
        <w:trPr>
          <w:tblHeader/>
          <w:jc w:val="center"/>
        </w:trPr>
        <w:tc>
          <w:tcPr>
            <w:tcW w:w="1958" w:type="dxa"/>
            <w:shd w:val="clear" w:color="auto" w:fill="1F4E79"/>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b/>
                <w:color w:val="000000" w:themeColor="text1"/>
              </w:rPr>
              <w:t>No.</w:t>
            </w:r>
          </w:p>
        </w:tc>
        <w:tc>
          <w:tcPr>
            <w:tcW w:w="1958" w:type="dxa"/>
            <w:shd w:val="clear" w:color="auto" w:fill="1F4E79"/>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b/>
                <w:color w:val="000000" w:themeColor="text1"/>
              </w:rPr>
              <w:t>Parameter</w:t>
            </w:r>
          </w:p>
        </w:tc>
        <w:tc>
          <w:tcPr>
            <w:tcW w:w="1958" w:type="dxa"/>
            <w:shd w:val="clear" w:color="auto" w:fill="1F4E79"/>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b/>
                <w:color w:val="000000" w:themeColor="text1"/>
              </w:rPr>
              <w:t>Unit</w:t>
            </w:r>
          </w:p>
        </w:tc>
        <w:tc>
          <w:tcPr>
            <w:tcW w:w="1958" w:type="dxa"/>
            <w:shd w:val="clear" w:color="auto" w:fill="1F4E79"/>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b/>
                <w:color w:val="000000" w:themeColor="text1"/>
              </w:rPr>
              <w:t>Result</w:t>
            </w:r>
          </w:p>
        </w:tc>
        <w:tc>
          <w:tcPr>
            <w:tcW w:w="1958" w:type="dxa"/>
            <w:shd w:val="clear" w:color="auto" w:fill="1F4E79"/>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b/>
                <w:color w:val="000000" w:themeColor="text1"/>
              </w:rPr>
              <w:t>Description</w:t>
            </w:r>
          </w:p>
        </w:tc>
      </w:tr>
      <w:tr w:rsidR="00854E08" w:rsidRPr="00854E08">
        <w:trPr>
          <w:jc w:val="center"/>
        </w:trPr>
        <w:tc>
          <w:tcPr>
            <w:tcW w:w="1958"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1</w:t>
            </w:r>
          </w:p>
        </w:tc>
        <w:tc>
          <w:tcPr>
            <w:tcW w:w="1958"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Parameter 1</w:t>
            </w:r>
          </w:p>
        </w:tc>
        <w:tc>
          <w:tcPr>
            <w:tcW w:w="1958"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unit</w:t>
            </w:r>
          </w:p>
        </w:tc>
        <w:tc>
          <w:tcPr>
            <w:tcW w:w="1958"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value</w:t>
            </w:r>
          </w:p>
        </w:tc>
        <w:tc>
          <w:tcPr>
            <w:tcW w:w="1958"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description</w:t>
            </w:r>
          </w:p>
        </w:tc>
      </w:tr>
      <w:tr w:rsidR="00854E08" w:rsidRPr="00854E08">
        <w:trPr>
          <w:jc w:val="center"/>
        </w:trPr>
        <w:tc>
          <w:tcPr>
            <w:tcW w:w="1958"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2</w:t>
            </w:r>
          </w:p>
        </w:tc>
        <w:tc>
          <w:tcPr>
            <w:tcW w:w="1958"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Parameter 2</w:t>
            </w:r>
          </w:p>
        </w:tc>
        <w:tc>
          <w:tcPr>
            <w:tcW w:w="1958"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unit</w:t>
            </w:r>
          </w:p>
        </w:tc>
        <w:tc>
          <w:tcPr>
            <w:tcW w:w="1958"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value</w:t>
            </w:r>
          </w:p>
        </w:tc>
        <w:tc>
          <w:tcPr>
            <w:tcW w:w="1958"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description</w:t>
            </w:r>
          </w:p>
        </w:tc>
      </w:tr>
    </w:tbl>
    <w:p w:rsidR="00E854B6" w:rsidRPr="00854E08" w:rsidRDefault="00D669C0">
      <w:pPr>
        <w:rPr>
          <w:rFonts w:cs="Times New Roman"/>
          <w:color w:val="000000" w:themeColor="text1"/>
        </w:rPr>
      </w:pPr>
      <w:r w:rsidRPr="00854E08">
        <w:rPr>
          <w:rFonts w:cs="Times New Roman"/>
          <w:i/>
          <w:color w:val="000000" w:themeColor="text1"/>
        </w:rPr>
        <w:t>Note: Source: Author’s analysis, year.</w:t>
      </w:r>
    </w:p>
    <w:p w:rsidR="00E854B6" w:rsidRPr="00854E08" w:rsidRDefault="00D669C0">
      <w:pPr>
        <w:pStyle w:val="Heading3"/>
        <w:rPr>
          <w:rFonts w:ascii="Times New Roman" w:hAnsi="Times New Roman" w:cs="Times New Roman"/>
          <w:color w:val="000000" w:themeColor="text1"/>
        </w:rPr>
      </w:pPr>
      <w:r w:rsidRPr="00854E08">
        <w:rPr>
          <w:rFonts w:ascii="Times New Roman" w:hAnsi="Times New Roman" w:cs="Times New Roman"/>
          <w:b w:val="0"/>
          <w:color w:val="000000" w:themeColor="text1"/>
        </w:rPr>
        <w:t>Figure 1. Example of figure</w:t>
      </w:r>
      <w:r w:rsidRPr="00854E08">
        <w:rPr>
          <w:rFonts w:ascii="Times New Roman" w:hAnsi="Times New Roman" w:cs="Times New Roman"/>
          <w:b w:val="0"/>
          <w:color w:val="000000" w:themeColor="text1"/>
        </w:rPr>
        <w:t xml:space="preserve"> caption</w:t>
      </w:r>
    </w:p>
    <w:p w:rsidR="00E854B6" w:rsidRPr="00854E08" w:rsidRDefault="00D669C0">
      <w:pPr>
        <w:rPr>
          <w:rFonts w:cs="Times New Roman"/>
          <w:color w:val="000000" w:themeColor="text1"/>
        </w:rPr>
      </w:pPr>
      <w:r w:rsidRPr="00854E08">
        <w:rPr>
          <w:rFonts w:cs="Times New Roman"/>
          <w:color w:val="000000" w:themeColor="text1"/>
        </w:rPr>
        <w:t>[Insert figure here. The figure must be clear, cited in the text, and accompanied by a source statement.]</w:t>
      </w:r>
    </w:p>
    <w:p w:rsidR="00E854B6" w:rsidRPr="00854E08" w:rsidRDefault="00D669C0">
      <w:pPr>
        <w:rPr>
          <w:rFonts w:cs="Times New Roman"/>
          <w:color w:val="000000" w:themeColor="text1"/>
        </w:rPr>
      </w:pPr>
      <w:r w:rsidRPr="00854E08">
        <w:rPr>
          <w:rFonts w:cs="Times New Roman"/>
          <w:i/>
          <w:color w:val="000000" w:themeColor="text1"/>
        </w:rPr>
        <w:t>Source: Author’s documentation/analysis, year.</w:t>
      </w:r>
    </w:p>
    <w:p w:rsidR="00E854B6" w:rsidRPr="00854E08" w:rsidRDefault="00D669C0" w:rsidP="00854E08">
      <w:pPr>
        <w:pStyle w:val="Heading1"/>
      </w:pPr>
      <w:r w:rsidRPr="00854E08">
        <w:t>4. DISCUSSION</w:t>
      </w:r>
    </w:p>
    <w:p w:rsidR="00E854B6" w:rsidRPr="00854E08" w:rsidRDefault="00D669C0">
      <w:pPr>
        <w:rPr>
          <w:rFonts w:cs="Times New Roman"/>
          <w:color w:val="000000" w:themeColor="text1"/>
        </w:rPr>
      </w:pPr>
      <w:r w:rsidRPr="00854E08">
        <w:rPr>
          <w:rFonts w:cs="Times New Roman"/>
          <w:color w:val="000000" w:themeColor="text1"/>
        </w:rPr>
        <w:t xml:space="preserve">The discussion explains the meaning of the results. Authors should compare the </w:t>
      </w:r>
      <w:r w:rsidRPr="00854E08">
        <w:rPr>
          <w:rFonts w:cs="Times New Roman"/>
          <w:color w:val="000000" w:themeColor="text1"/>
        </w:rPr>
        <w:t>findings with previous studies, theories, standards, or field conditions. The discussion should also explain technical implications, study limitations, and recommendations for future research.</w:t>
      </w:r>
    </w:p>
    <w:p w:rsidR="00E854B6" w:rsidRPr="00854E08" w:rsidRDefault="00D669C0">
      <w:pPr>
        <w:rPr>
          <w:rFonts w:cs="Times New Roman"/>
          <w:color w:val="000000" w:themeColor="text1"/>
        </w:rPr>
      </w:pPr>
      <w:r w:rsidRPr="00854E08">
        <w:rPr>
          <w:rFonts w:cs="Times New Roman"/>
          <w:color w:val="000000" w:themeColor="text1"/>
        </w:rPr>
        <w:t>Suggested paragraph: The findings indicate that [interpret main</w:t>
      </w:r>
      <w:r w:rsidRPr="00854E08">
        <w:rPr>
          <w:rFonts w:cs="Times New Roman"/>
          <w:color w:val="000000" w:themeColor="text1"/>
        </w:rPr>
        <w:t xml:space="preserve"> finding]. This result is consistent with [previous study/standard/theory], which reported that [comparison]. However, the present study differs in terms of [context/method/object/location]. From a practical perspective, these findings imply that [technica</w:t>
      </w:r>
      <w:r w:rsidRPr="00854E08">
        <w:rPr>
          <w:rFonts w:cs="Times New Roman"/>
          <w:color w:val="000000" w:themeColor="text1"/>
        </w:rPr>
        <w:t>l implication].</w:t>
      </w:r>
    </w:p>
    <w:p w:rsidR="00E854B6" w:rsidRPr="00854E08" w:rsidRDefault="00D669C0">
      <w:pPr>
        <w:rPr>
          <w:rFonts w:cs="Times New Roman"/>
          <w:color w:val="000000" w:themeColor="text1"/>
        </w:rPr>
      </w:pPr>
      <w:r w:rsidRPr="00854E08">
        <w:rPr>
          <w:rFonts w:cs="Times New Roman"/>
          <w:color w:val="000000" w:themeColor="text1"/>
        </w:rPr>
        <w:t>The limitation of this study is [state limitation]. Therefore, future studies should consider [recommendation].</w:t>
      </w:r>
    </w:p>
    <w:p w:rsidR="00E854B6" w:rsidRPr="00854E08" w:rsidRDefault="00D669C0" w:rsidP="00854E08">
      <w:pPr>
        <w:pStyle w:val="Heading1"/>
      </w:pPr>
      <w:r w:rsidRPr="00854E08">
        <w:t>5. CONCLUSION</w:t>
      </w:r>
    </w:p>
    <w:p w:rsidR="00E854B6" w:rsidRPr="00854E08" w:rsidRDefault="00D669C0">
      <w:pPr>
        <w:rPr>
          <w:rFonts w:cs="Times New Roman"/>
          <w:color w:val="000000" w:themeColor="text1"/>
        </w:rPr>
      </w:pPr>
      <w:r w:rsidRPr="00854E08">
        <w:rPr>
          <w:rFonts w:cs="Times New Roman"/>
          <w:color w:val="000000" w:themeColor="text1"/>
        </w:rPr>
        <w:t xml:space="preserve">The conclusion must answer the research objective. Avoid repeating all results. Present the main conclusion, </w:t>
      </w:r>
      <w:r w:rsidRPr="00854E08">
        <w:rPr>
          <w:rFonts w:cs="Times New Roman"/>
          <w:color w:val="000000" w:themeColor="text1"/>
        </w:rPr>
        <w:t>implication, and future recommendation in one to three concise paragraphs.</w:t>
      </w:r>
    </w:p>
    <w:p w:rsidR="00E854B6" w:rsidRPr="00854E08" w:rsidRDefault="00D669C0">
      <w:pPr>
        <w:rPr>
          <w:rFonts w:cs="Times New Roman"/>
          <w:color w:val="000000" w:themeColor="text1"/>
        </w:rPr>
      </w:pPr>
      <w:r w:rsidRPr="00854E08">
        <w:rPr>
          <w:rFonts w:cs="Times New Roman"/>
          <w:color w:val="000000" w:themeColor="text1"/>
        </w:rPr>
        <w:t>Suggested paragraph: This study concludes that [main conclusion 1]. The results also show that [main conclusion 2]. These findings provide implications for [civil engineering practi</w:t>
      </w:r>
      <w:r w:rsidRPr="00854E08">
        <w:rPr>
          <w:rFonts w:cs="Times New Roman"/>
          <w:color w:val="000000" w:themeColor="text1"/>
        </w:rPr>
        <w:t>ce/planning/design/construction/infrastructure management]. Future research is recommended to [suggest future research].</w:t>
      </w:r>
    </w:p>
    <w:p w:rsidR="00E854B6" w:rsidRPr="00854E08" w:rsidRDefault="00D669C0" w:rsidP="00854E08">
      <w:pPr>
        <w:pStyle w:val="Heading1"/>
      </w:pPr>
      <w:r w:rsidRPr="00854E08">
        <w:t>ACKNOWLEDGEMENTS</w:t>
      </w:r>
    </w:p>
    <w:p w:rsidR="00E854B6" w:rsidRPr="00854E08" w:rsidRDefault="00D669C0">
      <w:pPr>
        <w:rPr>
          <w:rFonts w:cs="Times New Roman"/>
          <w:color w:val="000000" w:themeColor="text1"/>
        </w:rPr>
      </w:pPr>
      <w:r w:rsidRPr="00854E08">
        <w:rPr>
          <w:rFonts w:cs="Times New Roman"/>
          <w:color w:val="000000" w:themeColor="text1"/>
        </w:rPr>
        <w:t>The authors would like to thank [institution/person/laboratory/funding body] for supporting this research.</w:t>
      </w:r>
    </w:p>
    <w:p w:rsidR="00E854B6" w:rsidRPr="00854E08" w:rsidRDefault="00D669C0" w:rsidP="00854E08">
      <w:pPr>
        <w:pStyle w:val="Heading1"/>
      </w:pPr>
      <w:r w:rsidRPr="00854E08">
        <w:t>AUTHOR CONT</w:t>
      </w:r>
      <w:r w:rsidRPr="00854E08">
        <w:t>RIBUTIONS</w:t>
      </w:r>
    </w:p>
    <w:p w:rsidR="00E854B6" w:rsidRPr="00854E08" w:rsidRDefault="00D669C0">
      <w:pPr>
        <w:rPr>
          <w:rFonts w:cs="Times New Roman"/>
          <w:color w:val="000000" w:themeColor="text1"/>
        </w:rPr>
      </w:pPr>
      <w:r w:rsidRPr="00854E08">
        <w:rPr>
          <w:rFonts w:cs="Times New Roman"/>
          <w:color w:val="000000" w:themeColor="text1"/>
        </w:rPr>
        <w:t>Author 1 contributed to conceptualization, methodology, data analysis, and manuscript writing. Author 2 contributed to data collection, validation, and manuscript revision. Author 3 contributed to supervision, review, and editing.</w:t>
      </w:r>
    </w:p>
    <w:p w:rsidR="00E854B6" w:rsidRPr="00854E08" w:rsidRDefault="00D669C0" w:rsidP="00854E08">
      <w:pPr>
        <w:pStyle w:val="Heading1"/>
      </w:pPr>
      <w:r w:rsidRPr="00854E08">
        <w:lastRenderedPageBreak/>
        <w:t>FUNDING STATEME</w:t>
      </w:r>
      <w:r w:rsidRPr="00854E08">
        <w:t>NT</w:t>
      </w:r>
    </w:p>
    <w:p w:rsidR="00E854B6" w:rsidRPr="00854E08" w:rsidRDefault="00D669C0">
      <w:pPr>
        <w:rPr>
          <w:rFonts w:cs="Times New Roman"/>
          <w:color w:val="000000" w:themeColor="text1"/>
        </w:rPr>
      </w:pPr>
      <w:r w:rsidRPr="00854E08">
        <w:rPr>
          <w:rFonts w:cs="Times New Roman"/>
          <w:color w:val="000000" w:themeColor="text1"/>
        </w:rPr>
        <w:t>Use one of the following statements:</w:t>
      </w:r>
      <w:r w:rsidRPr="00854E08">
        <w:rPr>
          <w:rFonts w:cs="Times New Roman"/>
          <w:color w:val="000000" w:themeColor="text1"/>
        </w:rPr>
        <w:br/>
        <w:t>- This research was funded by [name of funding institution], grant number [number].</w:t>
      </w:r>
      <w:r w:rsidRPr="00854E08">
        <w:rPr>
          <w:rFonts w:cs="Times New Roman"/>
          <w:color w:val="000000" w:themeColor="text1"/>
        </w:rPr>
        <w:br/>
        <w:t>- This research received no external funding.</w:t>
      </w:r>
    </w:p>
    <w:p w:rsidR="00E854B6" w:rsidRPr="00854E08" w:rsidRDefault="00D669C0" w:rsidP="00854E08">
      <w:pPr>
        <w:pStyle w:val="Heading1"/>
      </w:pPr>
      <w:r w:rsidRPr="00854E08">
        <w:t>CONFLICT OF INTEREST STATEMENT</w:t>
      </w:r>
    </w:p>
    <w:p w:rsidR="00E854B6" w:rsidRPr="00854E08" w:rsidRDefault="00D669C0">
      <w:pPr>
        <w:rPr>
          <w:rFonts w:cs="Times New Roman"/>
          <w:color w:val="000000" w:themeColor="text1"/>
        </w:rPr>
      </w:pPr>
      <w:r w:rsidRPr="00854E08">
        <w:rPr>
          <w:rFonts w:cs="Times New Roman"/>
          <w:color w:val="000000" w:themeColor="text1"/>
        </w:rPr>
        <w:t>The authors declare that there is no conflict of intere</w:t>
      </w:r>
      <w:r w:rsidRPr="00854E08">
        <w:rPr>
          <w:rFonts w:cs="Times New Roman"/>
          <w:color w:val="000000" w:themeColor="text1"/>
        </w:rPr>
        <w:t>st regarding the publication of this article.</w:t>
      </w:r>
    </w:p>
    <w:p w:rsidR="00E854B6" w:rsidRPr="00854E08" w:rsidRDefault="00D669C0" w:rsidP="00854E08">
      <w:pPr>
        <w:pStyle w:val="Heading1"/>
      </w:pPr>
      <w:r w:rsidRPr="00854E08">
        <w:t>DATA AVAILABILITY STATEMENT</w:t>
      </w:r>
    </w:p>
    <w:p w:rsidR="00E854B6" w:rsidRPr="00854E08" w:rsidRDefault="00D669C0">
      <w:pPr>
        <w:rPr>
          <w:rFonts w:cs="Times New Roman"/>
          <w:color w:val="000000" w:themeColor="text1"/>
        </w:rPr>
      </w:pPr>
      <w:r w:rsidRPr="00854E08">
        <w:rPr>
          <w:rFonts w:cs="Times New Roman"/>
          <w:color w:val="000000" w:themeColor="text1"/>
        </w:rPr>
        <w:t>Use one of the following statements:</w:t>
      </w:r>
      <w:r w:rsidRPr="00854E08">
        <w:rPr>
          <w:rFonts w:cs="Times New Roman"/>
          <w:color w:val="000000" w:themeColor="text1"/>
        </w:rPr>
        <w:br/>
        <w:t>- The data supporting the findings of this study are available from the corresponding author upon reasonable request.</w:t>
      </w:r>
      <w:r w:rsidRPr="00854E08">
        <w:rPr>
          <w:rFonts w:cs="Times New Roman"/>
          <w:color w:val="000000" w:themeColor="text1"/>
        </w:rPr>
        <w:br/>
        <w:t>- The data supporting the f</w:t>
      </w:r>
      <w:r w:rsidRPr="00854E08">
        <w:rPr>
          <w:rFonts w:cs="Times New Roman"/>
          <w:color w:val="000000" w:themeColor="text1"/>
        </w:rPr>
        <w:t>indings of this study are available at [repository name/link].</w:t>
      </w:r>
      <w:r w:rsidRPr="00854E08">
        <w:rPr>
          <w:rFonts w:cs="Times New Roman"/>
          <w:color w:val="000000" w:themeColor="text1"/>
        </w:rPr>
        <w:br/>
        <w:t>- The data are not publicly available due to [privacy/project restriction/institutional restriction].</w:t>
      </w:r>
    </w:p>
    <w:p w:rsidR="00E854B6" w:rsidRPr="00854E08" w:rsidRDefault="00D669C0" w:rsidP="00854E08">
      <w:pPr>
        <w:pStyle w:val="Heading1"/>
      </w:pPr>
      <w:r w:rsidRPr="00854E08">
        <w:t>ETHICAL STATEMENT</w:t>
      </w:r>
    </w:p>
    <w:p w:rsidR="00E854B6" w:rsidRPr="00854E08" w:rsidRDefault="00D669C0">
      <w:pPr>
        <w:rPr>
          <w:rFonts w:cs="Times New Roman"/>
          <w:color w:val="000000" w:themeColor="text1"/>
        </w:rPr>
      </w:pPr>
      <w:r w:rsidRPr="00854E08">
        <w:rPr>
          <w:rFonts w:cs="Times New Roman"/>
          <w:color w:val="000000" w:themeColor="text1"/>
        </w:rPr>
        <w:t>This study was conducted in accordance with academic research ethics. All</w:t>
      </w:r>
      <w:r w:rsidRPr="00854E08">
        <w:rPr>
          <w:rFonts w:cs="Times New Roman"/>
          <w:color w:val="000000" w:themeColor="text1"/>
        </w:rPr>
        <w:t xml:space="preserve"> data sources used in this study have been properly acknowledged. If the study involves respondents, add: Informed consent was obtained from all respondents involved in this study.</w:t>
      </w:r>
    </w:p>
    <w:p w:rsidR="00E854B6" w:rsidRPr="00854E08" w:rsidRDefault="00D669C0" w:rsidP="00854E08">
      <w:pPr>
        <w:pStyle w:val="Heading1"/>
      </w:pPr>
      <w:r w:rsidRPr="00854E08">
        <w:t>REFERENCES</w:t>
      </w:r>
    </w:p>
    <w:p w:rsidR="00E854B6" w:rsidRPr="00854E08" w:rsidRDefault="00D669C0">
      <w:pPr>
        <w:rPr>
          <w:rFonts w:cs="Times New Roman"/>
          <w:color w:val="000000" w:themeColor="text1"/>
        </w:rPr>
      </w:pPr>
      <w:r w:rsidRPr="00854E08">
        <w:rPr>
          <w:rFonts w:cs="Times New Roman"/>
          <w:color w:val="000000" w:themeColor="text1"/>
        </w:rPr>
        <w:t>Use one consistent reference style. CCEJ may use APA 7th or IEEE</w:t>
      </w:r>
      <w:r w:rsidRPr="00854E08">
        <w:rPr>
          <w:rFonts w:cs="Times New Roman"/>
          <w:color w:val="000000" w:themeColor="text1"/>
        </w:rPr>
        <w:t>; APA 7th is recommended for readability and metadata consistency. All references cited in the manuscript must appear in the reference list, and all references in the reference list must be cited in the manuscript.</w:t>
      </w:r>
    </w:p>
    <w:p w:rsidR="00E854B6" w:rsidRPr="00854E08" w:rsidRDefault="00D669C0">
      <w:pPr>
        <w:rPr>
          <w:rFonts w:cs="Times New Roman"/>
          <w:color w:val="000000" w:themeColor="text1"/>
        </w:rPr>
      </w:pPr>
      <w:r w:rsidRPr="00854E08">
        <w:rPr>
          <w:rFonts w:cs="Times New Roman"/>
          <w:color w:val="000000" w:themeColor="text1"/>
        </w:rPr>
        <w:t>Example journal reference: Author, A. A.,</w:t>
      </w:r>
      <w:r w:rsidRPr="00854E08">
        <w:rPr>
          <w:rFonts w:cs="Times New Roman"/>
          <w:color w:val="000000" w:themeColor="text1"/>
        </w:rPr>
        <w:t xml:space="preserve"> Author, B. B., &amp; Author, C. C. (Year). Title of article. Journal Name, volume(issue), page-page. https://doi.org/xxxxx</w:t>
      </w:r>
    </w:p>
    <w:p w:rsidR="00E854B6" w:rsidRPr="00854E08" w:rsidRDefault="00D669C0">
      <w:pPr>
        <w:rPr>
          <w:rFonts w:cs="Times New Roman"/>
          <w:color w:val="000000" w:themeColor="text1"/>
        </w:rPr>
      </w:pPr>
      <w:r w:rsidRPr="00854E08">
        <w:rPr>
          <w:rFonts w:cs="Times New Roman"/>
          <w:color w:val="000000" w:themeColor="text1"/>
        </w:rPr>
        <w:t>Example standard reference: Badan Standardisasi Nasional. (Year). Judul Standar SNI. BSN.</w:t>
      </w:r>
    </w:p>
    <w:p w:rsidR="00E854B6" w:rsidRPr="00854E08" w:rsidRDefault="00D669C0" w:rsidP="00854E08">
      <w:pPr>
        <w:pStyle w:val="Heading1"/>
      </w:pPr>
      <w:r w:rsidRPr="00854E08">
        <w:t>COPYRIGHT AND LICENSE STATEMENT</w:t>
      </w:r>
    </w:p>
    <w:p w:rsidR="00E854B6" w:rsidRPr="00854E08" w:rsidRDefault="00D669C0">
      <w:pPr>
        <w:rPr>
          <w:rFonts w:cs="Times New Roman"/>
          <w:color w:val="000000" w:themeColor="text1"/>
        </w:rPr>
      </w:pPr>
      <w:r w:rsidRPr="00854E08">
        <w:rPr>
          <w:rFonts w:cs="Times New Roman"/>
          <w:color w:val="000000" w:themeColor="text1"/>
        </w:rPr>
        <w:t>Copyright © Ye</w:t>
      </w:r>
      <w:r w:rsidRPr="00854E08">
        <w:rPr>
          <w:rFonts w:cs="Times New Roman"/>
          <w:color w:val="000000" w:themeColor="text1"/>
        </w:rPr>
        <w:t>ar Author(s). This article is distributed under the terms of the Creative Commons Attribution 4.0 International License (CC BY 4.0). Authors retain copyright and grant Cornerstone Civil Engineering Journal the right of first publication.</w:t>
      </w:r>
    </w:p>
    <w:p w:rsidR="00854E08" w:rsidRDefault="00854E08" w:rsidP="00854E08"/>
    <w:p w:rsidR="00E854B6" w:rsidRPr="00854E08" w:rsidRDefault="00D669C0" w:rsidP="00854E08">
      <w:pPr>
        <w:pStyle w:val="Heading1"/>
      </w:pPr>
      <w:r w:rsidRPr="00854E08">
        <w:br w:type="page"/>
      </w:r>
      <w:r w:rsidRPr="00854E08">
        <w:lastRenderedPageBreak/>
        <w:t xml:space="preserve">FORMAT WRITING </w:t>
      </w:r>
      <w:r w:rsidRPr="00854E08">
        <w:t>GUIDELINES</w:t>
      </w:r>
    </w:p>
    <w:tbl>
      <w:tblPr>
        <w:tblStyle w:val="TableGrid"/>
        <w:tblW w:w="0" w:type="auto"/>
        <w:jc w:val="center"/>
        <w:tblLook w:val="04A0" w:firstRow="1" w:lastRow="0" w:firstColumn="1" w:lastColumn="0" w:noHBand="0" w:noVBand="1"/>
      </w:tblPr>
      <w:tblGrid>
        <w:gridCol w:w="4805"/>
        <w:gridCol w:w="4813"/>
      </w:tblGrid>
      <w:tr w:rsidR="00854E08" w:rsidRPr="00854E08">
        <w:trPr>
          <w:tblHeader/>
          <w:jc w:val="center"/>
        </w:trPr>
        <w:tc>
          <w:tcPr>
            <w:tcW w:w="4896" w:type="dxa"/>
            <w:shd w:val="clear" w:color="auto" w:fill="1F4E79"/>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b/>
                <w:color w:val="000000" w:themeColor="text1"/>
              </w:rPr>
              <w:t>Component</w:t>
            </w:r>
          </w:p>
        </w:tc>
        <w:tc>
          <w:tcPr>
            <w:tcW w:w="4896" w:type="dxa"/>
            <w:shd w:val="clear" w:color="auto" w:fill="1F4E79"/>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b/>
                <w:color w:val="000000" w:themeColor="text1"/>
              </w:rPr>
              <w:t>CCEJ Recommended Format</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Paper size</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A4</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Margin</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2.5 cm on all sides</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Font</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Times New Roman</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Body font size</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1</w:t>
            </w:r>
            <w:r w:rsidRPr="00854E08">
              <w:rPr>
                <w:rFonts w:cs="Times New Roman"/>
                <w:color w:val="000000" w:themeColor="text1"/>
              </w:rPr>
              <w:t>1</w:t>
            </w:r>
            <w:r w:rsidRPr="00854E08">
              <w:rPr>
                <w:rFonts w:cs="Times New Roman"/>
                <w:color w:val="000000" w:themeColor="text1"/>
              </w:rPr>
              <w:t xml:space="preserve"> pt</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Line spacing</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1.15</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Article length</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8-15 pages recommended</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Language</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Indonesian or English</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Title length</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Maximum 15-20 words</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Abstract</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150-250 words</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Keywords</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3-5 keywords</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Citation style</w:t>
            </w:r>
          </w:p>
        </w:tc>
        <w:tc>
          <w:tcPr>
            <w:tcW w:w="4896" w:type="dxa"/>
            <w:tcMar>
              <w:top w:w="80" w:type="dxa"/>
              <w:left w:w="80" w:type="dxa"/>
              <w:bottom w:w="80" w:type="dxa"/>
              <w:right w:w="80" w:type="dxa"/>
            </w:tcMar>
          </w:tcPr>
          <w:p w:rsidR="00E854B6" w:rsidRPr="00854E08" w:rsidRDefault="00D669C0" w:rsidP="00401C6D">
            <w:pPr>
              <w:rPr>
                <w:rFonts w:cs="Times New Roman"/>
                <w:color w:val="000000" w:themeColor="text1"/>
              </w:rPr>
            </w:pPr>
            <w:r w:rsidRPr="00854E08">
              <w:rPr>
                <w:rFonts w:cs="Times New Roman"/>
                <w:color w:val="000000" w:themeColor="text1"/>
              </w:rPr>
              <w:t>APA 7th recommended</w:t>
            </w:r>
            <w:bookmarkStart w:id="0" w:name="_GoBack"/>
            <w:bookmarkEnd w:id="0"/>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Submission file</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DOC/DOCX</w:t>
            </w:r>
          </w:p>
        </w:tc>
      </w:tr>
      <w:tr w:rsidR="00854E08" w:rsidRPr="00854E08">
        <w:trPr>
          <w:jc w:val="center"/>
        </w:trPr>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Publication file</w:t>
            </w:r>
          </w:p>
        </w:tc>
        <w:tc>
          <w:tcPr>
            <w:tcW w:w="4896" w:type="dxa"/>
            <w:tcMar>
              <w:top w:w="80" w:type="dxa"/>
              <w:left w:w="80" w:type="dxa"/>
              <w:bottom w:w="80" w:type="dxa"/>
              <w:right w:w="80" w:type="dxa"/>
            </w:tcMar>
          </w:tcPr>
          <w:p w:rsidR="00E854B6" w:rsidRPr="00854E08" w:rsidRDefault="00D669C0">
            <w:pPr>
              <w:rPr>
                <w:rFonts w:cs="Times New Roman"/>
                <w:color w:val="000000" w:themeColor="text1"/>
              </w:rPr>
            </w:pPr>
            <w:r w:rsidRPr="00854E08">
              <w:rPr>
                <w:rFonts w:cs="Times New Roman"/>
                <w:color w:val="000000" w:themeColor="text1"/>
              </w:rPr>
              <w:t>PDF</w:t>
            </w:r>
          </w:p>
        </w:tc>
      </w:tr>
    </w:tbl>
    <w:p w:rsidR="00E854B6" w:rsidRPr="00854E08" w:rsidRDefault="00E854B6">
      <w:pPr>
        <w:rPr>
          <w:rFonts w:cs="Times New Roman"/>
          <w:color w:val="000000" w:themeColor="text1"/>
        </w:rPr>
      </w:pPr>
    </w:p>
    <w:sectPr w:rsidR="00E854B6" w:rsidRPr="00854E08" w:rsidSect="00854E08">
      <w:headerReference w:type="default" r:id="rId8"/>
      <w:footerReference w:type="default" r:id="rId9"/>
      <w:pgSz w:w="11906" w:h="16838" w:code="9"/>
      <w:pgMar w:top="1947" w:right="1224" w:bottom="1080" w:left="1224" w:header="720" w:footer="86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69C0" w:rsidRDefault="00D669C0">
      <w:pPr>
        <w:spacing w:after="0" w:line="240" w:lineRule="auto"/>
      </w:pPr>
      <w:r>
        <w:separator/>
      </w:r>
    </w:p>
  </w:endnote>
  <w:endnote w:type="continuationSeparator" w:id="0">
    <w:p w:rsidR="00D669C0" w:rsidRDefault="00D66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roman"/>
    <w:notTrueType/>
    <w:pitch w:val="fixed"/>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54B6" w:rsidRDefault="00854E08" w:rsidP="00854E08">
    <w:pPr>
      <w:pStyle w:val="Footer"/>
      <w:pBdr>
        <w:top w:val="single" w:sz="4" w:space="1" w:color="D9D9D9" w:themeColor="background1" w:themeShade="D9"/>
      </w:pBdr>
      <w:jc w:val="center"/>
    </w:pPr>
    <w:r>
      <w:rPr>
        <w:color w:val="646464"/>
        <w:sz w:val="18"/>
      </w:rPr>
      <w:t xml:space="preserve">Template </w:t>
    </w:r>
    <w:r w:rsidR="00D669C0">
      <w:rPr>
        <w:color w:val="646464"/>
        <w:sz w:val="18"/>
      </w:rPr>
      <w:t xml:space="preserve">CCEJ | </w:t>
    </w:r>
    <w:proofErr w:type="spellStart"/>
    <w:r w:rsidR="00D669C0">
      <w:rPr>
        <w:color w:val="646464"/>
        <w:sz w:val="18"/>
      </w:rPr>
      <w:t>Akademi</w:t>
    </w:r>
    <w:proofErr w:type="spellEnd"/>
    <w:r w:rsidR="00D669C0">
      <w:rPr>
        <w:color w:val="646464"/>
        <w:sz w:val="18"/>
      </w:rPr>
      <w:t xml:space="preserve"> </w:t>
    </w:r>
    <w:proofErr w:type="spellStart"/>
    <w:r w:rsidR="00D669C0">
      <w:rPr>
        <w:color w:val="646464"/>
        <w:sz w:val="18"/>
      </w:rPr>
      <w:t>Teknik</w:t>
    </w:r>
    <w:proofErr w:type="spellEnd"/>
    <w:r w:rsidR="00D669C0">
      <w:rPr>
        <w:color w:val="646464"/>
        <w:sz w:val="18"/>
      </w:rPr>
      <w:t xml:space="preserve"> Kupang | Open Access Article Template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69C0" w:rsidRDefault="00D669C0">
      <w:pPr>
        <w:spacing w:after="0" w:line="240" w:lineRule="auto"/>
      </w:pPr>
      <w:r>
        <w:separator/>
      </w:r>
    </w:p>
  </w:footnote>
  <w:footnote w:type="continuationSeparator" w:id="0">
    <w:p w:rsidR="00D669C0" w:rsidRDefault="00D669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4E08" w:rsidRDefault="00854E08" w:rsidP="00854E08">
    <w:pPr>
      <w:pStyle w:val="Header"/>
      <w:jc w:val="center"/>
      <w:rPr>
        <w:color w:val="646464"/>
        <w:sz w:val="18"/>
      </w:rPr>
    </w:pPr>
    <w:r>
      <w:rPr>
        <w:noProof/>
        <w:color w:val="646464"/>
        <w:sz w:val="18"/>
      </w:rPr>
      <w:drawing>
        <wp:inline distT="0" distB="0" distL="0" distR="0">
          <wp:extent cx="407670" cy="40767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CEJ.png"/>
                  <pic:cNvPicPr/>
                </pic:nvPicPr>
                <pic:blipFill>
                  <a:blip r:embed="rId1">
                    <a:extLst>
                      <a:ext uri="{28A0092B-C50C-407E-A947-70E740481C1C}">
                        <a14:useLocalDpi xmlns:a14="http://schemas.microsoft.com/office/drawing/2010/main" val="0"/>
                      </a:ext>
                    </a:extLst>
                  </a:blip>
                  <a:stretch>
                    <a:fillRect/>
                  </a:stretch>
                </pic:blipFill>
                <pic:spPr>
                  <a:xfrm>
                    <a:off x="0" y="0"/>
                    <a:ext cx="407670" cy="407670"/>
                  </a:xfrm>
                  <a:prstGeom prst="rect">
                    <a:avLst/>
                  </a:prstGeom>
                </pic:spPr>
              </pic:pic>
            </a:graphicData>
          </a:graphic>
        </wp:inline>
      </w:drawing>
    </w:r>
  </w:p>
  <w:p w:rsidR="00E854B6" w:rsidRDefault="00D669C0" w:rsidP="00854E08">
    <w:pPr>
      <w:pStyle w:val="Header"/>
      <w:pBdr>
        <w:bottom w:val="single" w:sz="4" w:space="1" w:color="D9D9D9" w:themeColor="background1" w:themeShade="D9"/>
      </w:pBdr>
      <w:jc w:val="center"/>
    </w:pPr>
    <w:r>
      <w:rPr>
        <w:color w:val="646464"/>
        <w:sz w:val="18"/>
      </w:rPr>
      <w:t>Cornerstone Civil Engineering Journal (CCEJ) - Article Template</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401C6D"/>
    <w:rsid w:val="005E48B3"/>
    <w:rsid w:val="00854E08"/>
    <w:rsid w:val="00AA1D8D"/>
    <w:rsid w:val="00B47730"/>
    <w:rsid w:val="00CB0664"/>
    <w:rsid w:val="00D669C0"/>
    <w:rsid w:val="00E854B6"/>
    <w:rsid w:val="00FC693F"/>
    <w:rsid w:val="00FF16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48B0CC5"/>
  <w14:defaultImageDpi w14:val="300"/>
  <w15:docId w15:val="{A4BC6EBB-C673-43C5-905F-72F421B2F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854E08"/>
    <w:pPr>
      <w:keepNext/>
      <w:keepLines/>
      <w:spacing w:before="480" w:after="0"/>
      <w:outlineLvl w:val="0"/>
    </w:pPr>
    <w:rPr>
      <w:rFonts w:eastAsiaTheme="majorEastAsia" w:cs="Times New Roman"/>
      <w:b/>
      <w:bCs/>
      <w:color w:val="000000" w:themeColor="text1"/>
      <w:sz w:val="28"/>
      <w:szCs w:val="28"/>
    </w:rPr>
  </w:style>
  <w:style w:type="paragraph" w:styleId="Heading2">
    <w:name w:val="heading 2"/>
    <w:basedOn w:val="Normal"/>
    <w:next w:val="Normal"/>
    <w:link w:val="Heading2Char"/>
    <w:uiPriority w:val="9"/>
    <w:unhideWhenUsed/>
    <w:qFormat/>
    <w:rsid w:val="00854E08"/>
    <w:pPr>
      <w:keepNext/>
      <w:keepLines/>
      <w:spacing w:before="200" w:after="0"/>
      <w:outlineLvl w:val="1"/>
    </w:pPr>
    <w:rPr>
      <w:rFonts w:eastAsiaTheme="majorEastAsia" w:cs="Times New Roman"/>
      <w:b/>
      <w:bCs/>
      <w:color w:val="000000" w:themeColor="text1"/>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1F4E79"/>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854E08"/>
    <w:rPr>
      <w:rFonts w:ascii="Times New Roman" w:eastAsiaTheme="majorEastAsia" w:hAnsi="Times New Roman" w:cs="Times New Roman"/>
      <w:b/>
      <w:bCs/>
      <w:color w:val="000000" w:themeColor="text1"/>
      <w:sz w:val="28"/>
      <w:szCs w:val="28"/>
    </w:rPr>
  </w:style>
  <w:style w:type="character" w:customStyle="1" w:styleId="Heading2Char">
    <w:name w:val="Heading 2 Char"/>
    <w:basedOn w:val="DefaultParagraphFont"/>
    <w:link w:val="Heading2"/>
    <w:uiPriority w:val="9"/>
    <w:rsid w:val="00854E08"/>
    <w:rPr>
      <w:rFonts w:ascii="Times New Roman" w:eastAsiaTheme="majorEastAsia" w:hAnsi="Times New Roman" w:cs="Times New Roman"/>
      <w:b/>
      <w:bCs/>
      <w:color w:val="000000" w:themeColor="text1"/>
      <w:sz w:val="24"/>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E5126C-F9D8-4DAB-87C1-9C0EDA9766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1322</Words>
  <Characters>7537</Characters>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8842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terms:created xsi:type="dcterms:W3CDTF">2026-06-07T15:58:00Z</dcterms:created>
  <dcterms:modified xsi:type="dcterms:W3CDTF">2026-06-07T15:58:00Z</dcterms:modified>
  <cp:category/>
</cp:coreProperties>
</file>